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בעידן הבינה המלאכותית בודקים תהליך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ולדעת להתאים רמת שימוש ב-AI למשימה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תהליך אישי בצורה ברורה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לקבל משוב, לתקן בעקבותיו ולהסביר בעל פה את הבחירות שעשיתי בעבודה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ההערכה משתנה: מתוצר לתהליך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בינה מלאכותית יכולה לייצר תוצר שלם, ולכן חשוב לבדוק גם את התהליך שהוביל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לעקוב אחרי הדרך ולא רק אחרי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 ממשיכים בלי נקודת עצירה: בדיקה קצרה של המורה או של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ההערכה משתנה: מתוצר לתהליך – התאמת שלבים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(המשימה מחולקת לחלקים, ולא ממשיכים בלי בדיקה 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(התלמיד רושם יומן תהליך: מה שאל, מה קיבל, מה בדק ומה 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(מקבלים הערות באמצע הדרך ומראים מה תוקן ולמה)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ההערכה משתנה: מתוצר לתהליך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סולם AIAS: כמה AI מותר בכל משימה – זיהוי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ברמה 1 המשימה נעשית בעל פה, בכתב יד או בכיתה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3 ה-AI נותן משוב, אבל התלמיד בודק ומחליט מה לשנות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ברמה 5 משתמשים ב-AI בדרכים חדשות כדי לחקור ולבנות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סולם AIAS: כמה AI מותר בכל משימה – התאמת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רמה 2 – AI לתכנון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 – שיתוף פעולה עם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סולם AIAS: כמה AI מותר בכל משימה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תיעוד: יומן תהליך ושאלתי-קיבלתי-שיניתי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יומן התהליך מתעד את כל הדרך: מה שאלתי, מה קיבלתי, מה בדקתי ומה שיניתי.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אחת העמודות בטבלה היא בדיוק הפרומפט שנשלח.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תיעוד: יומן תהליך ושאלתי-קיבלתי-שיניתי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מה המורה שלי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לדעת אם המידע נכון ומדויק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תיעוד: יומן תהליך ושאלתי-קיבלתי-שיניתי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תיעוד: יומן תהליך ושאלתי-קיבלתי-שיניתי – התאמת 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(מתי עבדתי על השלב)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בדיוק שאלתי את ה-AI)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(התשובה שה-AI נתן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וידאתי שהמידע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משוב ותיקון: איך משפרים ולמה זה נספר בציון – מכירים את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מוזכר שמשוב ניתן ממורה, מעמיתים או מבוט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באתר נכתב במפורש שהשיפור הוא חלק מהציון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איך משפרים ולמה זה נספר בציון – מזהים סוגי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המורה, חברים לכיתה ובוט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הוא תיקן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משוב ותיקון: איך משפרים ולמה זה נספר בציון – משלימים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משוב ותיקון: איך משפרים ולמה זה נספר בציון – מתאימים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(בודקת את העבודה ונותנת הערות מקצועיות)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(נותנים משוב מנקודת מבט של תלמיד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לשאול שאלות ולבדוק בלי לכתוב במקום התלמיד)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(התלמיד מסביר את הבחירות שעשה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ושיחת הגנה: להסביר את הבחירות שלי – מה זכור לנו?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נקודות עצירה מונעות המשך עבודה בלי בדיקה באמצע 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ביומן רושמים מה שאלתי, מה קיבלתי, מה בדקתי ומה שיניתי - לא ציון.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 שעשה את העבודה בעצמו יודע להסביר את הבחירות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ושיחת הגנה: להסביר את הבחירות שלי – תיעוד ותהליך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עצירה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ושיחת הגנה: להסביר את הבחירות שלי – מתכוננים לשיחת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סיבה ברורה לבחירה, בלשון ראשון.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תוצר סופי לא מספיק מראה מה התלמיד באמת עשה ולמד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סולם שמגדיר מראש כמה ואיך מותר להשתמש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לתעד מה שאלתי, מה קיבלתי ומה שיניתי בעבודה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שתוצר סופי לבד לא מראה מי עשה את העבודה ואיך חשבו, ולכן צריך לבדוק שלבים, תיעוד ושיחה כדי להעריך את הלמידה האמיתית.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שה-AI זמין לכולם ולכן חשוב לבדוק איך הגעתי לתוצר, לא רק מה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מתאימה רמה (1-5) לסוג המשימה עם הסבר קצר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שלושה פרטים: מה שאלתי, מה קיבלתי, מה בדקתי או 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שיעורים קצרים, פרק אחד בכל פעם, עם דיון קצר בסוף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דוגמה פתורה אחת מכל פרק לפני שמנסים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כל פרק למשימה אמיתית שהתלמידים עובדים עליה באותה תקופה, כדי שהתרגול יהיה 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דף 'מותר ואסור' משלהם למשימה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נעבור יחד על הדרך שבה עובדים היום על משימות הערכה: לא רק מגישים תוצר בסוף, אלא גם מתעדים, מקבלים משוב ומסבירים את התהליך. בכל פרק יש תרגילים קצרים שעוזרים להבין כל שלב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נקודת עצירה  ·  כלי  ·  שיניתי  ·  שינה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למה ההערכה משתנה: מתוצר לתהליך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כשלכל תלמיד יש בינה מלאכותית בכיס, התוצר הסופי מספיק כדי להעריך מה התלמיד 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המשימה מחולקת לשלבים, ולכל שלב יש תוצר ביניים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להמשיך לשלב הבא גם בלי לעבור נקודת עצירה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למה ההערכה משתנה: מתוצר לתהליך – התאמת שלבים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שלבים ונקודות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התלמיד רושם יומן תהליך: מה שאל, מה קיבל, מה בדק ומה 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מקבלים הערות באמצע הדרך ומראים מה תוקן ולמה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המשימה מחולקת לחלקים, ולא ממשיכים בלי בדיקה 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למה ההערכה משתנה: מתוצר לתהליך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סולם AIAS: כמה AI מותר בכל משימה – זיהוי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1 בסולם, התלמיד לא משתמש בבינה מלאכותית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3, שיתוף פעולה עם AI, מותר להגיש טקסט שה-AI כתב בלי לבדוק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רמה 5, חקירה עם AI, מתאימה לשימוש יצירתי וחדשני כמו בניית בוט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סולם AIAS: כמה AI מותר בכל משימה – התאמת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תלמיד מקבל מ-AI רעיונות לנושא עבודה, אבל כותב את כל העבודה בעצמו.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תלמידה מקבלת מ-AI משוב על טיוטה, בודקת את ההצעות ומחליטה מה לשנות.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 – שיתוף פעולה עם 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סולם AIAS: כמה AI מותר בכל משימה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תיעוד: יומן תהליך ושאלתי-קיבלתי-שיניתי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תהליך מתעד רק את התוצר הסופי של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בטבלת יומן תהליך יש עמודה שבה רושמים את הפרומפט ששלחתי ל-AI.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תיעוד: יומן תהליך ושאלתי-קיבלתי-שיניתי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אינו חלק מהרצף שאלתי-קיבלתי-שיניתי?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שאלתי את ה-AI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קיבלתי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המורה שלי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לתעד בעמודת 'מה בדקתי' אחרי שקיבלתי תשובה מ-AI?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לדעת אם המידע נכון ומדויק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להאריך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להעתיק מהר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תיעוד: יומן תהליך ושאלתי-קיבלתי-שיניתי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בטבלת יומן התהליך יש עמודה שבה רושמים באיזה __________ AI השתמשתי.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תיעוד: יומן תהליך ושאלתי-קיבלתי-שיניתי – התאמת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וידאתי שהמידע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מתי עבדתי על השלב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 קיבלתי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בדיוק שאלתי את ה-AI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בדקתי ואיך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התשובה שה-AI נתן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משוב ותיקון: איך משפרים ולמה זה נספר בציון – מכירים את השלב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באמצע הדרך יכול להגיע מהמורה, מחברים לכיתה או מבוט מלווה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השיפור שהתלמיד עושה אחרי קבלת משוב הוא חלק מהציון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משוב ותיקון: איך משפרים ולמה זה נספר בציון – מזהים סוגי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יכול לתת משוב באמצע משימת הערכה, לפי מה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המורה, חברים לכיתה ובוט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AI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התלמיד צריך להראות אחרי שקיבל משוב באמצע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הוא תיקן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שום דבר, המשוב לא משפיע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משוב ותיקון: איך משפרים ולמה זה נספר בציון – משלימים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ביומן התהליך התלמיד מתעד מה שאל, מה קיבל ומה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משוב ותיקון: איך משפרים ולמה זה נספר בציון – מתאימים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נותנים משוב מנקודת מבט של תלמיד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חברים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התלמיד מסביר את הבחירות שעשה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בוט מלווה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בודקת את העבודה ונותנת הערות מקצועיות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רפלקציה בסוף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לשאול שאלות ולבדוק בלי לכתוב במקום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רפלקציה ושיחת הגנה: להסביר את הבחירות שלי – מה זכור לנו?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 עצירה היא בדיקה קצרה של המורה או של חבר לפני שממשיכים לשלב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התהליך רושמים רק את הציון הסופי של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בשיחת ההגנה התלמיד מסביר למורה את הבחירות שעשה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רפלקציה ושיחת הגנה: להסביר את הבחירות שלי – תיעוד ותהליך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ביומן התהליך מתעדים: מה שאלתי את ה-AI, מה קיבלתי, מה בדקתי ומה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שממשיכים לשלב הבא בעבודה, עוברים דרך __________ - בדיקה קצרה של המורה או חבר.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רפלקציה ושיחת הגנה: להסביר את הבחירות שלי – מתכוננים לשיחת 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החלטה אחת שקיבלתם בעבודה אחרונה (למשל בחירת נושא, מבנה או עיצוב) וכתבו 2-3 משפטים שמסבירים למה בחרתם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הערכה חלופית חשובה היום, כשלכל תלמיד יש AI בכיס?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תוצר סופי לא מספיק מראה מה התלמיד באמת עשה ולמד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אסור להשתמש במחשבים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בחינות נעלמו מבתי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ציונים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סולם שמגדיר מראש כמה ואיך מותר להשתמש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תוכנה ליצירת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רמת AIAS המשימה נעשית בלי AI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יומן תהליך עוזר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לשכוח מה עשינו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לתעד מה שאלתי, מה קיבלתי ומה שיניתי בעבודה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להעתיק עבודה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המעבר מהערכת תוצר להערכת תהליך חשוב בעידן שבו לכל תלמיד יש AI.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למה בודקים היום תהליך ולא רק תוצר סופי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לזהות איזו רמת AIAS מתאימה למשימה נתונה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