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בעידן הבינה המלאכותית בודקים תהליך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ולדעת להתאים רמת שימוש ב-AI למשימה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תהליך אישי בצורה ברורה ומסודרת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לקבל משוב, לתקן בעקבותיו ולהסביר בעל פה את הבחירות שעשיתי בעבודה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למה ההערכה משתנה: מתוצר לתהליך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בינה מלאכותית יכולה לייצר תוצר שלם, ולכן חשוב לבדוק גם את התהליך שהוביל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לעקוב אחרי הדרך ולא רק אחרי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 ממשיכים בלי נקודת עצירה: בדיקה קצרה של המורה או של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מי שעשה את העבודה בעצמו יודע להסביר את הבחירות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למה ההערכה משתנה: מתוצר לתהליך – התאמת שלבים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(המשימה מחולקת לחלקים, ולא ממשיכים בלי בדיקה 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(התלמיד רושם יומן תהליך: מה שאל, מה קיבל, מה בדק ומה שינה)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(מקבלים הערות באמצע הדרך ומראים מה תוקן ולמה)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(בסוף המשימה מסבירים בעל פה את הבחירות שנעשו)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(בדיקה קצרה של מורה או של חבר לפני שממשיכים הלאה)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למה ההערכה משתנה: מתוצר לתהליך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 יכול לייצר תוצר מוגמר גם בלי שהתלמיד הבין או עבד בעצמו, ולכן המורה לא יודעת מה התלמיד באמת למד; בדיקת התהליך חושפת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בדיקת ראשי פרקים לפני כתיבת העבודה, כדי לוודא שהתלמיד הבין את הנושא ולא רק העתיק מה-AI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היכולת לקבל משוב, להבין אותו ולתקן בעצמו מראה הבנה אמיתית ולמידה, לא רק תוצאה 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סולם AIAS: כמה AI מותר בכל משימה – זיהוי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ברמה 1 המשימה נעשית בעל פה, בכתב יד או בכיתה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ברמה 3 ה-AI נותן משוב, אבל התלמיד בודק ומחליט מה לשנות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ברמה 5 משתמשים ב-AI בדרכים חדשות כדי לחקור ולבנות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ברמה 2 התלמיד מתעד מה שאל, מה קיבל ומה 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סולם AIAS: כמה AI מותר בכל משימה – התאמת רמה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רמה 2 – AI לתכנון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 – שיתוף פעולה עם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רמה 4 – שימוש מלא ב-AI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רמה 1 – ללא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רמה 5 – חקירה עם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סולם AIAS: כמה AI מותר בכל משימה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תציג הבנה שלפעמים צריך להראות ידע עצמאי, למשל בשיחה אישית, הגנה בעל פה או מבחן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מותר: קבלת רעיונות, משוב על טיוטה, שיפור ניסוח. אסור: להעתיק טקסט שה-AI כתב ולהגיש בלי בדיקה ושינוי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הכוללת רמה מתאימה והנמקה הקשורה למטרת המשימה ולסוג התוצר הנדרש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תיעוד: יומן תהליך ושאלתי-קיבלתי-שיניתי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יומן התהליך מתעד את כל הדרך: מה שאלתי, מה קיבלתי, מה בדקתי ומה שיניתי.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אחת העמודות בטבלה היא בדיוק הפרומפט שנשלח.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תיעוד: יומן תהליך ושאלתי-קיבלתי-שיניתי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מה המורה שלי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לדעת אם המידע נכון ומדויק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תיעוד: יומן תהליך ושאלתי-קיבלתי-שיניתי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תיעוד: יומן תהליך ושאלתי-קיבלתי-שיניתי – התאמת 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(מתי עבדתי על השלב)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(מה בדיוק שאלתי את ה-AI)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(התשובה שה-AI נתן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(איך וידאתי שהמידע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(מה תיקנתי או הוספתי בעצמי)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משוב ותיקון: איך משפרים ולמה זה נספר בציון – מכירים את השלב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מוזכר שמשוב ניתן ממורה, מעמיתים או מבוט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באתר נכתב במפורש שהשיפור הוא חלק מהציון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לבוט אסור לכתוב את העבודה במקום התלמיד, רק לעזור ולשאול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משוב ותיקון: איך משפרים ולמה זה נספר בציון – מזהים סוגי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המורה, חברים לכיתה ובוט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הוא תיקן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משוב ותיקון: איך משפרים ולמה זה נספר בציון – משלימים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משוב ותיקון: איך משפרים ולמה זה נספר בציון – מתאימים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(בודקת את העבודה ונותנת הערות מקצועיות)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(נותנים משוב מנקודת מבט של תלמיד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לשאול שאלות ולבדוק בלי לכתוב במקום התלמיד)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(התלמיד מסביר את הבחירות שעשה בעבודה)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רפלקציה ושיחת הגנה: להסביר את הבחירות שלי – מה זכור לנו?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נקודות עצירה מונעות המשך עבודה בלי בדיקה באמצע התהליך.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ביומן רושמים מה שאלתי, מה קיבלתי, מה בדקתי ומה שיניתי - לא ציון.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 שעשה את העבודה בעצמו יודע להסביר את הבחירות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השיפור הוא חלק מהציון, כי הוא מראה תהליך למידה.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הרפלקציה עוזרת לתלמיד ולמורה להבין מה נלמד ואיך התקדם התהליך.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רפלקציה ושיחת הגנה: להסביר את הבחירות שלי – תיעוד ותהליך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רפלקציה ושיחת הגנה: להסביר את הבחירות שלי – מתכוננים לשיחת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שמסבירה סיבה ברורה לבחירה, בלשון 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שמבדילה בין מה שה-AI הציע לבין מה שהתלמיד עשה או בדק בעצמו.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קונקרטי של שינוי ונימוק לשיפור.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פסקה אישית הכוללת התייחסות לקושי, להצלחה ולתובנה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תוצר סופי לא מספיק מראה מה התלמיד באמת עשה ולמד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סולם שמגדיר מראש כמה ואיך מותר להשתמש ב-AI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לתעד מה שאלתי, מה קיבלתי ומה שיניתי בעבודה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זה מראה שהתלמיד יודע לתקן ולהסביר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לבדוק שהתלמיד מבין ויכול להסביר את הבחירות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תיעוד תהליך, משוב ושיחת רפלקציה שמראים הבנה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התיעוד שמראה מה התלמיד שאל, בדק ושינה בעזרת ה-AI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שתוצר סופי לבד לא מראה מי עשה את העבודה ואיך חשבו, ולכן צריך לבדוק שלבים, תיעוד ושיחה כדי להעריך את הלמידה האמיתית.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תבחר רמה מתאימה לגיל ולסוג המשימה ותסביר בקצרה מה מותר ומה אסור בה, בהתאם להגדרות סולם AIAS.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טובה תתאר שלב ספציפי מתוך הפרקים (למשל תיעוד או משוב) ותסביר איך הוא מראה את ההבנה והמעורבות של התלמיד, לא רק תוצאה סופית.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שה-AI זמין לכולם ולכן חשוב לבדוק איך הגעתי לתוצר, לא רק מה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מתאימה רמה (1-5) לסוג המשימה עם הסבר קצר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שלושה פרטים: מה שאלתי, מה קיבלתי, מה בדקתי או שיניתי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שיעורים קצרים, פרק אחד בכל פעם, עם דיון קצר בסוף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דוגמה פתורה אחת מכל פרק לפני שמנסים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כל פרק למשימה אמיתית שהתלמידים עובדים עליה באותה תקופה, כדי שהתרגול יהיה 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לכתוב דף 'מותר ואסור' משלהם למשימה שבחרו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איך עובדים על משימה שלב אחרי שלב. לא רק מגישים בסוף - גם כותבים מה עשינו, מקבלים עזרה, מתקנים ומסבירים מה עשינו ולמה.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לבדוק מה למדתי שלא מסתכלת רק על התוצר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הדרך מהתחלת המשימה ועד הסוף, כולל כל השלבים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המורה או חבר בודקים לפני שממשיכים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רושמים מה עשיתי, מה שאלתי ומה שיניתי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סולם 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שקובעת כמה מותר להשתמש ב-AI בכל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בכנות איך השתמשתי ב-AI בעבודה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אישית על מה שלמדתי ואיך עבדתי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שיחת 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שבה מסבירים למורה את הבחירות בעבודה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לשפר את העבודה באמצע הדרך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לפי מה בודקים ומעריכים את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למה ההערכה משתנה: מתוצר לתהליך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כשלכל תלמיד יש בינה מלאכותית בכיס, התוצר הסופי מספיק כדי להעריך מה התלמיד 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מחולקת לשלבים, ולכל שלב יש תוצר ביניים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להמשיך לשלב הבא גם בלי לעבור נקודת עצירה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ושיחה קצרה בסוף המשימה הן חלק מהערכת התהליך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למה ההערכה משתנה: מתוצר לתהליך – התאמת שלבים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שלבים ונקודות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בדיקה קצרה של מורה או של חבר לפני שממשיכים הלאה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מקבלים הערות באמצע הדרך ומראים מה תוקן ולמה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בסוף המשימה מסבירים בעל פה את הבחירות שנעשו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 ושיחה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המשימה מחולקת לחלקים, ולא ממשיכים בלי בדיקה קצרה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התלמיד רושם יומן תהליך: מה שאל, מה קיבל, מה בדק ומה שינה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למה ההערכה משתנה: מתוצר לתהליך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בעידן שבו לכל תלמיד יש AI, התוצר הסופי לא מספר את כל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בכיתה שבו נקודת עצירה יכולה לעזור למורה לגלות בעיה מוקדם, לפני שהתלמיד ממשיך הלאה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השיפור אחרי משוב הוא חלק מהציון, ולא רק התוצר הסופי?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סולם AIAS: כמה AI מותר בכל משימה – זיהוי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1 בסולם, התלמיד לא משתמש בבינה מלאכותית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3, שיתוף פעולה עם AI, מותר להגיש טקסט שה-AI כתב בלי לבדוק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5, חקירה עם AI, מתאימה לשימוש יצירתי וחדשני כמו בניית בוט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2 מותר להיעזר ב-AI רק לרעיונות ותכנון, אבל התוצר עצמו נכתב בידי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סולם AIAS: כמה AI מותר בכל משימה – התאמת רמה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משתמשים ב-AI רק בשביל רעיונות?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 – ללא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4 – שימוש מלא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ה-AI נותן משוב ולא כותב בשביל התלמיד?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 – ללא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4 – שימוש מלא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התוצר עצמו נוצר על ידי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 – שימוש מלא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 – חקירה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אין בכלל שימוש ב-AI?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 – ללא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4 – שימוש מלא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התלמיד חוקר דברים חדשים עם AI שלא תוכננו מראש?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 – שימוש מלא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 – חקירה עם 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סולם AIAS: כמה AI מותר בכל משימה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רמה 1 (ללא AI) עדיין חשובה, גם כשלכל תלמיד יש AI בכיס.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מורה נתנה משימת מצגת וקבעה רמת AIAS 3. כתבו מה מותר לעשות עם AI במשימה הזו ומה אסור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משימת לימוד מהמקצוע שלכם וקבעו לה רמת AIAS מתאימה (1 עד 5). נמקו את הבחירה בשני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תיעוד: יומן תהליך ושאלתי-קיבלתי-שיניתי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תהליך מתעד רק את התוצר הסופי של המשימה.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בטבלת יומן תהליך יש עמודה שבה רושמים את הפרומפט ששלחתי ל-AI.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תיעוד: יומן תהליך ושאלתי-קיבלתי-שיניתי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לא שייך לרצף שאלתי-קיבלתי-שיניתי?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שאלתי את ה-AI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קיבלתי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המורה שלי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שיניתי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צריך לרשום מה בדקתי אחרי תשובה מה-AI?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אם המידע נכון ומדויק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להאריך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להעתיק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תיעוד: יומן תהליך ושאלתי-קיבלתי-שיניתי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בטבלת יומן התהליך יש עמודה שבה רושמים באיזה __________ AI השתמשתי.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תלמיד קיבל מה-AI תשובה עם מקור שלא קיים. ביומן עליו לרשום בעמודת 'מה __________' שגילה שהמקור לא אמיתי.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תיעוד: יומן תהליך ושאלתי-קיבלתי-שיניתי – התאמת 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התשובה שה-AI נתן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הפרומפט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וידאתי שהמידע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קיבלתי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תיקנתי או הוספתי בעצמי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בדקתי ואיך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 עבדתי על השלב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שיניתי בעצמי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בדיוק שאלתי את ה-AI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משוב ותיקון: איך משפרים ולמה זה נספר בציון – מכירים את השלב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באמצע הדרך יכול להגיע מהמורה, מחברים לכיתה או מבוט מלווה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השיפור שהתלמיד עושה אחרי קבלת משוב הוא חלק מהציון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בוט מלווה מותר לו לכתוב את העבודה במקום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משוב ותיקון: איך משפרים ולמה זה נספר בציון – מזהים סוגי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ממי אפשר לקבל 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המורה, חברים לכיתה ובוט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AI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המשוב בסוף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חשוב להראות אחרי 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הוא תיקן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שום דבר, המשוב לא משפיע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הציון שקיבל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משוב ותיקון: איך משפרים ולמה זה נספר בציון – משלימים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ביומן התהליך התלמיד מתעד מה שאל, מה קיבל ומה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סולם AIAS ברמה 3, ה-AI נותן משוב על טיוטה, אבל התלמיד בודק, מחליט ו-__________ בעצמו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משוב ותיקון: איך משפרים ולמה זה נספר בציון – מתאימים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התלמיד מסביר את הבחירות שעשה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חברים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בודקת את העבודה ונותנת הערות מקצועיות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בוט מלווה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נותנים משוב מנקודת מבט של תלמיד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 בסוף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לשאול שאלות ולבדוק בלי לכתוב במקום התלמיד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רפלקציה ושיחת הגנה: להסביר את הבחירות שלי – מה זכור לנו?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עצירה היא בדיקה קצרה של המורה או של חבר לפני שממשיכים לשלב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התהליך רושמים רק את הציון הסופי של המשימה.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בשיחת ההגנה התלמיד מסביר למורה את הבחירות שעשה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השיפור שנעשה אחרי משוב אינו משפיע על הציון הסופי.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בסוף התהליך היא חלק מהערכת המשימה.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רפלקציה ושיחת הגנה: להסביר את הבחירות שלי – תיעוד ותהליך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ביומן התהליך מתעדים: מה שאלתי את ה-AI, מה קיבלתי, מה בדקתי ומה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שממשיכים לשלב הבא בעבודה, עוברים דרך __________ - בדיקה קצרה של המורה או 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בשיחת הגנה, השאלה המרכזית שהתלמיד צריך לדעת לענות עליה היא: '__________ לי את הבחירה הזו'.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ברמה 3 בסולם AIAS, התלמיד מגיש יומן תהליך שמראה מה ה-AI הציע ומה הוא __________ בעצמו.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חלק מהערכה בחטיבת הביניים מבוסס על __________ - שהתלמיד מראה בגלוי איך השתמש ב-AI ומה שינה.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רפלקציה ושיחת הגנה: להסביר את הבחירות שלי – מתכוננים לשיחת הגנה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החלטה אחת שקיבלתם בעבודה אחרונה (למשל בחירת נושא, מבנה או עיצוב) וכתבו 2-3 משפטים שמסבירים למה בחרתם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תשובה קצרה לשאלה: 'איך ה-AI עזר לך בעבודה, ומה עשית בעצמך?'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שינוי אחד שעשיתם בעבודה אחרי משוב, והסבירו למה השינוי שיפר את העבודה.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פסקת רפלקציה קצרה (3-4 משפטים) על התהליך שלכם בעבודה: מה היה קל, מה היה קשה, ומה למדתם על עצמכם כלומדים.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להעריך גם את הדרך ולא רק את התוצר הסופי?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תוצר סופי לא מספיק מראה מה התלמיד באמת עשה ולמד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להשתמש במחשבים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בחינות נעלמו מבתי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יותר מורים בכיתות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ציונים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סולם שמגדיר מראש כמה ואיך מותר להשתמש ב-AI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תוכנה ליצירת מצגות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סיכום בסוף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רמת AIAS המשימה נעשית בלי AI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ביומן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מה עשינו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לתעד מה שאלתי, מה קיבלתי ומה שיניתי בעבודה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עבודה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לקבל ציון בלי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שיפור אחרי משוב נחשב חלק מהציון?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מראה שהתלמיד יודע לתקן ולהסביר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מקצר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צורך לבדוק טיוטות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לא קוראת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המטרה של שיחת ההגנה בסוף 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להעניש תלמידים שהשתמשו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שהתלמיד מבין ויכול להסביר את הבחירות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כל הציון במבחן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את זמן ההוראה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תלמיד הגיש מצגת יפה אך לא ידע להסביר אף שקף כששאלו אותו. על פי עקרונות הקורס, מה חסר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תיעוד תהליך, משוב ושיחת רפלקציה שמראים הבנה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כלום, התוצר הסופי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צבעים נוספים במצגת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עוד תמונות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מורה נותנת משימת חקר ברמת AIAS 3 בלי לבקש יומן תהליך. מה חסר?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התיעוד שמראה מה התלמיד שאל, בדק ושינה בעזרת ה-AI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שום דבר לא חסר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להוריד לרמה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להוסיף עוד 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המעבר מהערכת תוצר להערכת תהליך חשוב בעידן שבו לכל תלמיד יש AI.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משימה (אמיתית או מדומיינת) וכתבו: באיזו רמת AIAS הייתם בוחרים להעביר אותה, ולמה דווקא ברמה הזו ולא ברמה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שלב אחד בתהליך עבודה (תכנון, תיעוד, משוב או רפלקציה) וכתבו למה בלעדיו קשה להעריך אם תלמיד באמת למד.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למה בודקים היום תהליך ולא רק תוצר סופי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לזהות איזו רמת AIAS מתאימה למשימה נתונה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לתאר איך הייתי מתעד שלב אחד בעבודה שלי ומה הייתי כותב ביומן 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הערכה חלופית בעידן ה-AI: מתוצר לתהליך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